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36"/>
          <w:rtl w:val="1"/>
          <w:szCs w:val="36"/>
          <w:bCs/>
        </w:rPr>
        <w:t>🌾 מסע שלם – שיר, זיכרון וכיסופים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2"/>
          <w:rtl w:val="1"/>
          <w:szCs w:val="22"/>
        </w:rPr>
        <w:t>פעילות בעקבות סרטון לחג הסיגד · רמה: חנ״מ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👩‍🏫 מהדורה למורה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הסרטון (קישור בלבד): https://youtu.be/hdFzQ5R-9YY · האתר האינטראקטיבי: https://sigd-masa-shalem.sites.tab.bot/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מטרות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להכיר את חג הסיגד: כ״ט בחשוון, 50 יום אחרי יום הכיפורים, חג של חידוש הברית ושל כיסופים לירושלים.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להכיר בכבוד ובדיוק את סיפור המסע של יהודי אתיופיה דרך סודן ואת זיכרון הנספים.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לפרש דימויים ומטפורות בשיר (מסע, חושך ואור, "כל סוף הוא התחלה").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לחבר את השיר לערכים: כיסופים, אמונה, התמדה, זיכרון וקהילה – ולכלי חוסן: גש״ר מאח״ד, עש״ן ד״ק, מעש״ה.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זמן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פתיחה: ניבוי מן הכותרת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"מסע שלם" – בחירת מילים צפויות, ושאלה: מה זה מסע?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רקע קצר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קריאה משותפת של טקסט הרקע לפי הרמה. הנחיה רגישה לפני הצפייה.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6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צפייה מונחית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כרטיסי האזנה בזוגות/קבוצות, ואחריה בדיקת הניבוי.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12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עיבוד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פענוח דימויים + קולות ההורים (בחירה של אחד מהשניים).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12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יצירה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מפת המסע או מכתב מהמסע (לבחירת התלמידים).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סיכום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הדלקת נר בשביל הזיכרון + כרטיס יציאה.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הערות רגישות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לפני הצפייה: מקדימים במשפט אחד שהשיר עוסק במסע שבו אנשים מתו בדרך, ושמותר להרגיש.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תלמידים ממוצא אתיופי: לא מציבים אותם כ"מומחים" או כנציגי הקהילה ולא מבקשים מהם לספר. מזמינים בלבד – ומכבדים גם בחירה לשתוק. מומלץ לשוחח איתם (ואם אפשר עם ההורים) לפני השיעור.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ייתכן שבכיתה יש תלמידים שבני משפחתם נספו בדרך או שחוו אובדן אחר. מתאמים מראש עם היועצת, ונותנים אפשרות לצאת לרגע.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מספרים את הסיפור כסיפור של אומץ, אמונה ונחישות – לא רק של סבל. נמנעים מהכללות ומסטריאוטיפים.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מעגל השיתוף הוא רשות בלבד, עם זכות לוותר. לא מבקשים לשחק תפקיד של מוות או סבל.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במכתב מהמסע אפשר לבחור תפקיד של תקווה (למשל ילד/ה שמחכה בירושלים).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תשובות – חנ״מ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מה לוקחים לדרך: מים, נעליים, לחם, תיק – כן; טלוויזיה, מיטה – לא.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התאמה: 🌙–חושך, 💡–אור, 🦁–לביאה, 🌧️–גשם.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כרטיס יציאה: 💡 אור.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כלי חוסן בשיעור: גש״ר מאח״ד (ערוצי התמודדות בשיר), עש״ן ד״ק ("גם אם נפלו הכוחות… אל תוותר" כדיבור עצמי), מעש״ה (ההורים כמגישי עזרה: "לצידי", "תמשיך").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0"/>
          <w:rtl w:val="1"/>
          <w:szCs w:val="20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36"/>
          <w:rtl w:val="1"/>
          <w:szCs w:val="36"/>
          <w:bCs/>
        </w:rPr>
        <w:t>🌾 מסע שלם – דף עבודה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2"/>
          <w:rtl w:val="1"/>
          <w:szCs w:val="22"/>
        </w:rPr>
        <w:t>פעילות בעקבות סרטון לחג הסיגד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א׳ – לפני הצפייה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סיגד הוא חג של יהודי אתיופיה. 🌾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בחג מתפללים וחושבים על ירושלים. 🕍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פעם, הרבה אנשים הלכו ברגל דרך ארוכה כדי להגיע לישראל. 🚶‍♀️🚶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הדרך הייתה קשה מאוד. השיר מספר על הדרך הזאת. 🎵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השיר נקרא "מסע שלם". מה יהיה בשיר? בחרו 4 מילים.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○ גשם     ○ סערה     ○ תפילה     ○ אבא     ○ אמא     ○ ירושלים     ○ אור     ○ אמונה     ○ שמיים     ○ לילה     ○ ים     ○ מסיבה     ○ מדבר     ○ פחד     ○ כדור     ○ תקווה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מה זה מסע?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מסע = הולכים הרבה זמן. 🚶 הדרך ארוכה. בסוף מגיעים. 🏁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מה אתם אוהבים לקחת לטיול?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מי הולך איתכם?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ב׳ – תוך כדי 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צפו בסרטון. אחרי הצפייה – לחצו על התמונה הנכונה.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צפו בסרטון "מסע שלם" (המורה תקרין). סמנו ○ ליד כל משימה שהשלמתם.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🌧️ האם שמעתם על גשם?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👨 מי מדבר עם הילד?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🌙 מה מחפשים בלילה – אור או חושך?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🕍 לאן הולכים?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ג׳ – אחרי הצפייה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לחצו על כרטיס. מה המילה אומרת?</w:t>
      </w:r>
    </w:p>
    <w:p>
      <w:pPr>
        <w:bidi w:val="1"/>
        <w:jc w:val="right"/>
        <w:shd w:val="clear" w:color="auto" w:fill="EEF6F1"/>
      </w:pPr>
      <w:r>
        <w:rPr>
          <w:rFonts w:ascii="Arial" w:hAnsi="Arial" w:cs="Arial"/>
          <w:b w:val="0"/>
          <w:sz w:val="24"/>
          <w:rtl w:val="1"/>
          <w:szCs w:val="24"/>
        </w:rPr>
        <w:t>📌 מקרה לניתוח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🌙 חושך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איך מרגישים בחושך?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🔗 התאימו תמונה למילה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פריט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התאמה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🌙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💡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🦁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🌧️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👨‍👩‍👦 קולות ההורים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האב: תמשיך! 💪 · אל תעצור! 🚶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האם: אני לידך ❤️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מי עוזר לכם כשקשה?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🗺️ מפת המסע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תחנה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רגש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ערך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מחשבה שלי</w:t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כפר באתיופיה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כיסופים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הדרך והמדבר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התמדה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סודן – ההמתנה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זיכרון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ירושלים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קהילה ואמונה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🕊️ לוח הערכים – סמנו ○ את הערך שהכי חשוב לכם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○ 🕊️ כיסופים     ○ 🙏 אמונה     ○ 👣 התמדה     ○ 🕯️ זיכרון     ○ 🤝 קהילה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✉️ מכתב מהמסע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בחרו מי כותב/ת: ילד/ה במסע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פתיחות: שלום אמא ❤️ · אני הולך/ת… · אני מרגיש/ה…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מחסן מילים: 😊 שמח · 😢 עצוב · 🚶 הולך · 🕍 ירושלים · ❤️ אוהב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🕍 ברכה לירושלים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ירושלים ❤️ 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✂️ - - - - - - - - - - גזרו כאן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5"/>
                <w:rtl w:val="1"/>
                <w:szCs w:val="25"/>
                <w:bCs/>
              </w:rPr>
              <w:t>🎟️ כרטיס יציאה – מסע שלם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שם: ____________  כיתה: 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מה מחפשים בלילה?  ○ 💡 אור   ○ 🌧️ גשם   ○ 📺 טלוויזיה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מה אהבתי היום?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איך אני מרגיש/ה:  😊  🙂  😐  😔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