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שיר, זיכרון וכיסופים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 · רמה: עולים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👩‍🏫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הסרטון (קישור בלבד): https://youtu.be/hdFzQ5R-9YY · האתר האינטראקטיבי: https://sigd-masa-shalem.sites.tab.bot/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את חג הסיגד: כ״ט בחשוון, 50 יום אחרי יום הכיפורים, חג של חידוש הברית ושל כיסופים לירושלים.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בכבוד ובדיוק את סיפור המסע של יהודי אתיופיה דרך סודן ואת זיכרון הנספים.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לפרש דימויים ומטפורות בשיר (מסע, חושך ואור, "כל סוף הוא התחלה").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לחבר את השיר לערכים: כיסופים, אמונה, התמדה, זיכרון וקהילה – ולכלי חוסן: גש״ר מאח״ד, עש״ן ד״ק, מעש״ה.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זמן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פתיחה: ניבוי מן הכותרת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"מסע שלם" – בחירת מילים צפויות, ושאלה: מה זה מסע?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רקע קצר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קריאה משותפת של טקסט הרקע לפי הרמה. הנחיה רגישה לפני הצפייה.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6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צפייה מונחית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כרטיסי האזנה בזוגות/קבוצות, ואחריה בדיקת הניבוי.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עיבוד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פענוח דימויים + קולות ההורים (בחירה של אחד מהשניים).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יצירה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מפת המסע או מכתב מהמסע (לבחירת התלמידים).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הדלקת נר בשביל הזיכרון + כרטיס יציאה.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הערות רגישות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לפני הצפייה: מקדימים במשפט אחד שהשיר עוסק במסע שבו אנשים מתו בדרך, ושמותר להרגיש.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תלמידים ממוצא אתיופי: לא מציבים אותם כ"מומחים" או כנציגי הקהילה ולא מבקשים מהם לספר. מזמינים בלבד – ומכבדים גם בחירה לשתוק. מומלץ לשוחח איתם (ואם אפשר עם ההורים) לפני השיעור.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ייתכן שבכיתה יש תלמידים שבני משפחתם נספו בדרך או שחוו אובדן אחר. מתאמים מראש עם היועצת, ונותנים אפשרות לצאת לרגע.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מספרים את הסיפור כסיפור של אומץ, אמונה ונחישות – לא רק של סבל. נמנעים מהכללות ומסטריאוטיפים.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מעגל השיתוף הוא רשות בלבד, עם זכות לוותר. לא מבקשים לשחק תפקיד של מוות או סבל.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במכתב מהמסע אפשר לבחור תפקיד של תקווה (למשל ילד/ה שמחכה בירושלים).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תשובות – עולים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ניבוי: גשם, אבא, אמא, ירושלים, אור – כן. ים, מסיבה, כדור – לא.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מה צריך במסע: מים, נעליים, משפחה, אוכל – כן; טלוויזיה, כדור – לא.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הפכים: חושך–אור, סוף–התחלה, יום–לילה, קשה–קל.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כרטיס יציאה: לירושלים.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כלי חוסן בשיעור: גש״ר מאח״ד (ערוצי התמודדות בשיר), עש״ן ד״ק ("גם אם נפלו הכוחות… אל תוותר" כדיבור עצמי), מעש״ה (ההורים כמגישי עזרה: "לצידי", "תמשיך").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דף עבודה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א׳ – לפני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סִיגְד הוּא חַג שֶׁל יְהוּדֵי אֶתְיוֹפְּיָה.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הַחַג בכ"ט בְּחֶשְׁוָן. 50 יוֹם אַחֲרֵי יוֹם כִּפּוּר.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בַּחַג עוֹלִים לָהָר, מִתְפַּלְּלִים, וְחוֹשְׁבִים עַל יְרוּשָׁלַיִם.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לִפְנֵי הַרְבֵּה שָׁנִים, הַרְבֵּה יְהוּדִים הָלְכוּ בָּרֶגֶל מֵאֶתְיוֹפְּיָה לְסוּדָן. הַדֶּרֶךְ הָיְתָה אֲרֻכָּה וְקָשָׁה. אֲלָפִים מֵתוּ בַּדֶּרֶךְ.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הַשִּׁיר בַּסִּרְטוֹן הוּא לְזֵכֶר הָאֲנָשִׁים הָאֵלֶּה.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הַשִּׁיר: "מַסָּע שָׁלֵם". אֵילוּ מִלִּים יִהְיוּ בַּשִּׁיר? בָּחֲרוּ 6 מִלִּים.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גֶּשֶׁם     ○ סְעָרָה     ○ תְּפִלָּה     ○ אַבָּא     ○ אִמָּא     ○ יְרוּשָׁלַיִם     ○ אוֹר     ○ אֱמוּנָה     ○ שָׁמַיִם     ○ לַיְלָה     ○ יָם     ○ מְסִבָּה     ○ מִדְבָּר     ○ פַּחַד     ○ כַּדּוּר     ○ תִּקְוָה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מָה זֶה מַסָּע?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מַסָּע = דֶּרֶךְ אֲרֻכָּה. לִפְעָמִים הַדֶּרֶךְ קָשָׁה. בַּמַּסָּע הוֹלְכִים אֶל מָקוֹם חָדָשׁ.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הַאִם עֲשִׂיתֶם מַסָּע? מֵאֵיפֹה? לְאָן?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מָה לְקַחְתֶּם אִתְּכֶם?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ב׳ – תוך כדי 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צְפוּ בַּסִּרְטוֹן. הַקְשִׁיבוּ. לַחֲצוּ עַל הַמִּלִּים שֶׁשְּׁמַעְתֶּם.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צפו בסרטון "מסע שלם" (המורה תקרין). סמנו ○ ליד כל משימה שהשלמתם.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👨 מָה אַבָּא אוֹמֵר?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👩 מִי לְצַד הַיֶּלֶד?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🌧️ מָה יוֹרֵד מֵהַשָּׁמַיִם?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🌙 מָה מְחַפְּשִׂים בַּלַּיְלָה?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🕍 לְאָן הוֹלְכִים?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ג׳ – אחרי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מִלִּים בַּשִּׁיר. לַחֲצוּ עַל כַּרְטִיס וְקָרְאוּ מָה זֶה אוֹמֵר.</w:t>
      </w:r>
    </w:p>
    <w:p>
      <w:pPr>
        <w:bidi w:val="1"/>
        <w:jc w:val="right"/>
        <w:shd w:val="clear" w:color="auto" w:fill="EEF6F1"/>
      </w:pPr>
      <w:r>
        <w:rPr>
          <w:rFonts w:ascii="Arial" w:hAnsi="Arial" w:cs="Arial"/>
          <w:b w:val="0"/>
          <w:sz w:val="24"/>
          <w:rtl w:val="1"/>
          <w:szCs w:val="24"/>
        </w:rPr>
        <w:t>📌 מקרה לניתוח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חֹשֶׁךְ ← אוֹר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מָה הַהֶפֶךְ שֶׁל חֹשֶׁךְ?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🔗 הִתְאִימוּ מִלָּה לְהֶפֶךְ שֶׁלָּהּ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פריט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התאמה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חֹשֶׁךְ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סוֹף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יוֹם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קָשֶׁה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👨‍👩‍👦 קולות ההורים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האב: תִּזְכֹּר! · תַּמְשִׁיךְ! · אַל תַּעֲצֹר!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האם: לְבִיאָה · לְצִדִּי – לְיָדִי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מָה אַבָּא אוֹמֵר?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🗺️ מפת המסע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תחנה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רגש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ערך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מחשבה שלי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כְּפָר בְּאֶתְיוֹפְּיָה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כִּסּוּפִים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הַדֶּרֶךְ וְהַמִּדְבָּר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הַתְמָדָה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סוּדָן – הַהַמְתָּנָה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זִכָּרוֹן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יְרוּשָׁלַיִם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קְהִלָּה וֶאֱמוּנָה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🕊️ לוח הערכים – סמנו ○ את הערך שהכי חשוב לכם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🕊️ כִּסּוּפִים     ○ 🙏 אֱמוּנָה     ○ 👣 הַתְמָדָה     ○ 🕯️ זִכָּרוֹן     ○ 🤝 קְהִלָּה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✉️ מכתב מהמסע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מי כותב/ת: יֶלֶד/ה בַּמַּסָּע / אִמָּא אוֹ אַבָּא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פתיחות: שָׁלוֹם, אֲנִי... · אֲנִי בַּדֶּרֶךְ ל... · אֲנִי מַרְגִּישׁ/ה... · אֲנִי רוֹצֶה...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מחסן מילים: דֶּרֶךְ · קָשֶׁה · אִמָּא · אַבָּא · יְרוּשָׁלַיִם · לַיְלָה · אוֹר · אֲנִי מִתְגַּעְגֵּעַ/ת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🕍 ברכה לירושלים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יְרוּשָׁלַיִם, אֲנִי ________ אוֹתְךָ.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✂️ - - - - - - - - - - גזרו כאן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5"/>
                <w:rtl w:val="1"/>
                <w:szCs w:val="25"/>
                <w:bCs/>
              </w:rPr>
              <w:t>🎟️ כרטיס יציאה – מסע שלם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שם: ____________  כיתה: 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לְאָן הוֹלְכִים בַּשִּׁיר?  ○ לִירוּשָׁלַיִם   ○ לַיָּם   ○ לְבֵית הַסֵּפֶר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מִלָּה חֲדָשָׁה שֶׁלָּמַדְתִּי: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אֲנִי מַרְגִּישׁ/ה: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איך אני מרגיש/ה:  😊  🙂  😐  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